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Grille d'évaluation critériée</w:t>
      </w:r>
    </w:p>
    <w:p>
      <w:pPr>
        <w:jc w:val="center"/>
      </w:pPr>
      <w:r>
        <w:rPr>
          <w:b/>
        </w:rPr>
        <w:t>AT2 — Animer une formation et évaluer les acquis des apprenants</w:t>
      </w:r>
    </w:p>
    <w:p>
      <w:r>
        <w:t>REAC FPA v07 — CP5, pages 27-28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Cadre de l'évaluation</w:t>
      </w:r>
    </w:p>
    <w:p>
      <w:r>
        <w:rPr>
          <w:i/>
        </w:rPr>
        <w:t>Précisez l'objectif et les conditions.</w:t>
      </w:r>
    </w:p>
    <w:p>
      <w:r>
        <w:rPr>
          <w:b/>
        </w:rPr>
        <w:t xml:space="preserve">Type d'évaluation : </w:t>
      </w:r>
      <w:r>
        <w:t>À compléter</w:t>
      </w:r>
    </w:p>
    <w:p>
      <w:r>
        <w:rPr>
          <w:b/>
        </w:rPr>
        <w:t xml:space="preserve">Objectifs ou compétences évalués : </w:t>
      </w:r>
      <w:r>
        <w:t>À compléter</w:t>
      </w:r>
    </w:p>
    <w:p>
      <w:r>
        <w:rPr>
          <w:b/>
        </w:rPr>
        <w:t xml:space="preserve">Consigne donnée à l'apprenant : </w:t>
      </w:r>
      <w:r>
        <w:t>À compléter</w:t>
      </w:r>
    </w:p>
    <w:p>
      <w:r>
        <w:rPr>
          <w:b/>
        </w:rPr>
        <w:t xml:space="preserve">Situation et production attendue : </w:t>
      </w:r>
      <w:r>
        <w:t>À compléter</w:t>
      </w:r>
    </w:p>
    <w:p>
      <w:r>
        <w:rPr>
          <w:b/>
        </w:rPr>
        <w:t xml:space="preserve">Adaptations et aménagements : </w:t>
      </w:r>
      <w:r>
        <w:t>À compléter</w:t>
      </w:r>
    </w:p>
    <w:p>
      <w:pPr>
        <w:pStyle w:val="Heading1"/>
      </w:pPr>
      <w:r>
        <w:t>Critères</w:t>
      </w:r>
    </w:p>
    <w:p>
      <w:r>
        <w:rPr>
          <w:i/>
        </w:rPr>
        <w:t>Définissez les éléments observables.</w:t>
      </w:r>
    </w:p>
    <w:p>
      <w:pPr>
        <w:pStyle w:val="Heading2"/>
      </w:pPr>
      <w:r>
        <w:t>Critères et indicateurs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</w:tcPr>
          <w:p>
            <w:r>
              <w:t>Critère</w:t>
            </w:r>
          </w:p>
        </w:tc>
        <w:tc>
          <w:tcPr>
            <w:tcW w:type="dxa" w:w="2040"/>
          </w:tcPr>
          <w:p>
            <w:r>
              <w:t>Indicateurs observables</w:t>
            </w:r>
          </w:p>
        </w:tc>
        <w:tc>
          <w:tcPr>
            <w:tcW w:type="dxa" w:w="2040"/>
          </w:tcPr>
          <w:p>
            <w:r>
              <w:t>Pondération</w:t>
            </w:r>
          </w:p>
        </w:tc>
        <w:tc>
          <w:tcPr>
            <w:tcW w:type="dxa" w:w="2040"/>
          </w:tcPr>
          <w:p>
            <w:r>
              <w:t>Niveaux / barème</w:t>
            </w:r>
          </w:p>
        </w:tc>
        <w:tc>
          <w:tcPr>
            <w:tcW w:type="dxa" w:w="2040"/>
          </w:tcPr>
          <w:p>
            <w:r>
              <w:t>Commentaires</w:t>
            </w:r>
          </w:p>
        </w:tc>
      </w:tr>
      <w:tr>
        <w:tc>
          <w:tcPr>
            <w:tcW w:type="dxa" w:w="2040"/>
          </w:tcPr>
          <w:p>
            <w:r>
              <w:t>À compléter</w:t>
            </w:r>
          </w:p>
        </w:tc>
        <w:tc>
          <w:tcPr>
            <w:tcW w:type="dxa" w:w="2040"/>
          </w:tcPr>
          <w:p>
            <w:r>
              <w:t>À compléter</w:t>
            </w:r>
          </w:p>
        </w:tc>
        <w:tc>
          <w:tcPr>
            <w:tcW w:type="dxa" w:w="2040"/>
          </w:tcPr>
          <w:p>
            <w:r>
              <w:t>À compléter</w:t>
            </w:r>
          </w:p>
        </w:tc>
        <w:tc>
          <w:tcPr>
            <w:tcW w:type="dxa" w:w="2040"/>
          </w:tcPr>
          <w:p>
            <w:r>
              <w:t>À compléter</w:t>
            </w:r>
          </w:p>
        </w:tc>
        <w:tc>
          <w:tcPr>
            <w:tcW w:type="dxa" w:w="2040"/>
          </w:tcPr>
          <w:p>
            <w:r>
              <w:t>À compléter</w:t>
            </w:r>
          </w:p>
        </w:tc>
      </w:tr>
      <w:tr>
        <w:tc>
          <w:tcPr>
            <w:tcW w:type="dxa" w:w="2040"/>
          </w:tcPr>
          <w:p>
            <w:r>
              <w:t>À compléter</w:t>
            </w:r>
          </w:p>
        </w:tc>
        <w:tc>
          <w:tcPr>
            <w:tcW w:type="dxa" w:w="2040"/>
          </w:tcPr>
          <w:p>
            <w:r>
              <w:t>À compléter</w:t>
            </w:r>
          </w:p>
        </w:tc>
        <w:tc>
          <w:tcPr>
            <w:tcW w:type="dxa" w:w="2040"/>
          </w:tcPr>
          <w:p>
            <w:r>
              <w:t>À compléter</w:t>
            </w:r>
          </w:p>
        </w:tc>
        <w:tc>
          <w:tcPr>
            <w:tcW w:type="dxa" w:w="2040"/>
          </w:tcPr>
          <w:p>
            <w:r>
              <w:t>À compléter</w:t>
            </w:r>
          </w:p>
        </w:tc>
        <w:tc>
          <w:tcPr>
            <w:tcW w:type="dxa" w:w="2040"/>
          </w:tcPr>
          <w:p>
            <w:r>
              <w:t>À compléter</w:t>
            </w:r>
          </w:p>
        </w:tc>
      </w:tr>
    </w:tbl>
    <w:p/>
    <w:p>
      <w:pPr>
        <w:pStyle w:val="Heading1"/>
      </w:pPr>
      <w:r>
        <w:t>Résultats et restitution</w:t>
      </w:r>
    </w:p>
    <w:p>
      <w:r>
        <w:rPr>
          <w:i/>
        </w:rPr>
        <w:t>Préparez l'exploitation pédagogique.</w:t>
      </w:r>
    </w:p>
    <w:p>
      <w:r>
        <w:rPr>
          <w:b/>
        </w:rPr>
        <w:t xml:space="preserve">Seuil de réussite : </w:t>
      </w:r>
      <w:r>
        <w:t>À compléter</w:t>
      </w:r>
    </w:p>
    <w:p>
      <w:r>
        <w:rPr>
          <w:b/>
        </w:rPr>
        <w:t xml:space="preserve">Résultats / synthèse : </w:t>
      </w:r>
      <w:r>
        <w:t>À compléter</w:t>
      </w:r>
    </w:p>
    <w:p>
      <w:r>
        <w:rPr>
          <w:b/>
        </w:rPr>
        <w:t xml:space="preserve">Acquis et points forts : </w:t>
      </w:r>
      <w:r>
        <w:t>À compléter</w:t>
      </w:r>
    </w:p>
    <w:p>
      <w:r>
        <w:rPr>
          <w:b/>
        </w:rPr>
        <w:t xml:space="preserve">Axes de progrès : </w:t>
      </w:r>
      <w:r>
        <w:t>À compléter</w:t>
      </w:r>
    </w:p>
    <w:p>
      <w:r>
        <w:rPr>
          <w:b/>
        </w:rPr>
        <w:t xml:space="preserve">Actions correctrices : </w:t>
      </w:r>
      <w:r>
        <w:t>À compléter</w:t>
      </w:r>
    </w:p>
    <w:p>
      <w:pPr>
        <w:pStyle w:val="Heading1"/>
      </w:pPr>
      <w:r>
        <w:t>Repères REAC</w:t>
      </w:r>
    </w:p>
    <w:p>
      <w:r>
        <w:t>Évaluer un objectif ou une compétence à partir de critères, d'indicateurs et d'un niveau de réussite explicites.</w:t>
      </w:r>
    </w:p>
    <w:p>
      <w:pPr>
        <w:pStyle w:val="ListBullet"/>
      </w:pPr>
      <w:r>
        <w:t>Les critères et indicateurs sont adaptés aux objectifs visés.</w:t>
      </w:r>
    </w:p>
    <w:p>
      <w:pPr>
        <w:pStyle w:val="ListBullet"/>
      </w:pPr>
      <w:r>
        <w:t>Les consignes sont explicites.</w:t>
      </w:r>
    </w:p>
    <w:p>
      <w:pPr>
        <w:pStyle w:val="ListBullet"/>
      </w:pPr>
      <w:r>
        <w:t>La restitution permet d'identifier acquis et axes de progrès.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