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Fiche d'entretien et de suivi de parcours</w:t>
      </w:r>
    </w:p>
    <w:p>
      <w:pPr>
        <w:jc w:val="center"/>
      </w:pPr>
      <w:r>
        <w:rPr>
          <w:b/>
        </w:rPr>
        <w:t>AT3 — Accompagner les apprenants en formation</w:t>
      </w:r>
    </w:p>
    <w:p>
      <w:r>
        <w:t>REAC FPA v07 — CP7, pages 31-32</w:t>
      </w:r>
    </w:p>
    <w:p>
      <w:r>
        <w:t>Modèle d'aide à la formalisation fondé sur le REAC FPA. Ce document n'est pas un formulaire officiel de l'État.</w:t>
      </w:r>
    </w:p>
    <w:p>
      <w:pPr>
        <w:pStyle w:val="Heading1"/>
      </w:pPr>
      <w:r>
        <w:t>Identification</w:t>
      </w:r>
    </w:p>
    <w:p>
      <w:r>
        <w:rPr>
          <w:i/>
        </w:rPr>
        <w:t>Informations générales qui apparaîtront dans l'en-tête du document.</w:t>
      </w:r>
    </w:p>
    <w:p>
      <w:r>
        <w:rPr>
          <w:b/>
        </w:rPr>
        <w:t xml:space="preserve">Titre du document : </w:t>
      </w:r>
      <w:r>
        <w:t>À compléter</w:t>
      </w:r>
    </w:p>
    <w:p>
      <w:r>
        <w:rPr>
          <w:b/>
        </w:rPr>
        <w:t xml:space="preserve">Intitulé de la formation : </w:t>
      </w:r>
      <w:r>
        <w:t>À compléter</w:t>
      </w:r>
    </w:p>
    <w:p>
      <w:r>
        <w:rPr>
          <w:b/>
        </w:rPr>
        <w:t xml:space="preserve">Organisme ou structure : </w:t>
      </w:r>
      <w:r>
        <w:t>À compléter</w:t>
      </w:r>
    </w:p>
    <w:p>
      <w:r>
        <w:rPr>
          <w:b/>
        </w:rPr>
        <w:t xml:space="preserve">Formateur ou rédacteur : </w:t>
      </w:r>
      <w:r>
        <w:t>À compléter</w:t>
      </w:r>
    </w:p>
    <w:p>
      <w:r>
        <w:rPr>
          <w:b/>
        </w:rPr>
        <w:t xml:space="preserve">Commanditaire ou client : </w:t>
      </w:r>
      <w:r>
        <w:t>À compléter</w:t>
      </w:r>
    </w:p>
    <w:p>
      <w:r>
        <w:rPr>
          <w:b/>
        </w:rPr>
        <w:t xml:space="preserve">Date du document : </w:t>
      </w:r>
      <w:r>
        <w:t>À compléter</w:t>
      </w:r>
    </w:p>
    <w:p>
      <w:r>
        <w:rPr>
          <w:b/>
        </w:rPr>
        <w:t xml:space="preserve">Version : </w:t>
      </w:r>
      <w:r>
        <w:t>À compléter</w:t>
      </w:r>
    </w:p>
    <w:p>
      <w:pPr>
        <w:pStyle w:val="Heading1"/>
      </w:pPr>
      <w:r>
        <w:t>Entretien</w:t>
      </w:r>
    </w:p>
    <w:p>
      <w:r>
        <w:rPr>
          <w:i/>
        </w:rPr>
        <w:t>Identifiez le cadre de l'échange.</w:t>
      </w:r>
    </w:p>
    <w:p>
      <w:r>
        <w:rPr>
          <w:b/>
        </w:rPr>
        <w:t xml:space="preserve">Nom de l'apprenant : </w:t>
      </w:r>
      <w:r>
        <w:t>À compléter</w:t>
      </w:r>
    </w:p>
    <w:p>
      <w:r>
        <w:rPr>
          <w:b/>
        </w:rPr>
        <w:t xml:space="preserve">Date de l'entretien : </w:t>
      </w:r>
      <w:r>
        <w:t>À compléter</w:t>
      </w:r>
    </w:p>
    <w:p>
      <w:r>
        <w:rPr>
          <w:b/>
        </w:rPr>
        <w:t xml:space="preserve">Type d'entretien : </w:t>
      </w:r>
      <w:r>
        <w:t>À compléter</w:t>
      </w:r>
    </w:p>
    <w:p>
      <w:r>
        <w:rPr>
          <w:b/>
        </w:rPr>
        <w:t xml:space="preserve">Objet et demande initiale : </w:t>
      </w:r>
      <w:r>
        <w:t>À compléter</w:t>
      </w:r>
    </w:p>
    <w:p>
      <w:r>
        <w:rPr>
          <w:b/>
        </w:rPr>
        <w:t xml:space="preserve">Cadre de confidentialité rappelé : </w:t>
      </w:r>
      <w:r>
        <w:t>À compléter</w:t>
      </w:r>
    </w:p>
    <w:p>
      <w:pPr>
        <w:pStyle w:val="Heading1"/>
      </w:pPr>
      <w:r>
        <w:t>Éléments recueillis</w:t>
      </w:r>
    </w:p>
    <w:p>
      <w:r>
        <w:rPr>
          <w:i/>
        </w:rPr>
        <w:t>Centrez la synthèse sur les faits utiles au parcours.</w:t>
      </w:r>
    </w:p>
    <w:p>
      <w:r>
        <w:rPr>
          <w:b/>
        </w:rPr>
        <w:t xml:space="preserve">Progression et acquis : </w:t>
      </w:r>
      <w:r>
        <w:t>À compléter</w:t>
      </w:r>
    </w:p>
    <w:p>
      <w:r>
        <w:rPr>
          <w:b/>
        </w:rPr>
        <w:t xml:space="preserve">Difficultés rencontrées : </w:t>
      </w:r>
      <w:r>
        <w:t>À compléter</w:t>
      </w:r>
    </w:p>
    <w:p>
      <w:r>
        <w:rPr>
          <w:b/>
        </w:rPr>
        <w:t xml:space="preserve">Contraintes ou difficultés périphériques : </w:t>
      </w:r>
      <w:r>
        <w:t>À compléter</w:t>
      </w:r>
    </w:p>
    <w:p>
      <w:r>
        <w:rPr>
          <w:b/>
        </w:rPr>
        <w:t xml:space="preserve">Analyse et propositions de l'apprenant : </w:t>
      </w:r>
      <w:r>
        <w:t>À compléter</w:t>
      </w:r>
    </w:p>
    <w:p>
      <w:r>
        <w:rPr>
          <w:b/>
        </w:rPr>
        <w:t xml:space="preserve">Analyse partagée de la situation : </w:t>
      </w:r>
      <w:r>
        <w:t>À compléter</w:t>
      </w:r>
    </w:p>
    <w:p>
      <w:pPr>
        <w:pStyle w:val="Heading1"/>
      </w:pPr>
      <w:r>
        <w:t>Décisions</w:t>
      </w:r>
    </w:p>
    <w:p>
      <w:r>
        <w:rPr>
          <w:i/>
        </w:rPr>
        <w:t>Formalisez les engagements et la traçabilité.</w:t>
      </w:r>
    </w:p>
    <w:p>
      <w:pPr>
        <w:pStyle w:val="Heading2"/>
      </w:pPr>
      <w:r>
        <w:t>Plan d'action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</w:tcPr>
          <w:p>
            <w:r>
              <w:t>Action</w:t>
            </w:r>
          </w:p>
        </w:tc>
        <w:tc>
          <w:tcPr>
            <w:tcW w:type="dxa" w:w="2550"/>
          </w:tcPr>
          <w:p>
            <w:r>
              <w:t>Responsable</w:t>
            </w:r>
          </w:p>
        </w:tc>
        <w:tc>
          <w:tcPr>
            <w:tcW w:type="dxa" w:w="2550"/>
          </w:tcPr>
          <w:p>
            <w:r>
              <w:t>Échéance</w:t>
            </w:r>
          </w:p>
        </w:tc>
        <w:tc>
          <w:tcPr>
            <w:tcW w:type="dxa" w:w="2550"/>
          </w:tcPr>
          <w:p>
            <w:r>
              <w:t>Trace / résultat attendu</w:t>
            </w:r>
          </w:p>
        </w:tc>
      </w:tr>
      <w:tr>
        <w:tc>
          <w:tcPr>
            <w:tcW w:type="dxa" w:w="2550"/>
          </w:tcPr>
          <w:p>
            <w:r>
              <w:t>À compléter</w:t>
            </w:r>
          </w:p>
        </w:tc>
        <w:tc>
          <w:tcPr>
            <w:tcW w:type="dxa" w:w="2550"/>
          </w:tcPr>
          <w:p>
            <w:r>
              <w:t>À compléter</w:t>
            </w:r>
          </w:p>
        </w:tc>
        <w:tc>
          <w:tcPr>
            <w:tcW w:type="dxa" w:w="2550"/>
          </w:tcPr>
          <w:p>
            <w:r>
              <w:t>À compléter</w:t>
            </w:r>
          </w:p>
        </w:tc>
        <w:tc>
          <w:tcPr>
            <w:tcW w:type="dxa" w:w="2550"/>
          </w:tcPr>
          <w:p>
            <w:r>
              <w:t>À compléter</w:t>
            </w:r>
          </w:p>
        </w:tc>
      </w:tr>
    </w:tbl>
    <w:p/>
    <w:p>
      <w:r>
        <w:rPr>
          <w:b/>
        </w:rPr>
        <w:t xml:space="preserve">Ajustement de parcours et motivation : </w:t>
      </w:r>
      <w:r>
        <w:t>À compléter</w:t>
      </w:r>
    </w:p>
    <w:p>
      <w:r>
        <w:rPr>
          <w:b/>
        </w:rPr>
        <w:t xml:space="preserve">Acteur sollicité ou orientation : </w:t>
      </w:r>
      <w:r>
        <w:t>À compléter</w:t>
      </w:r>
    </w:p>
    <w:p>
      <w:r>
        <w:rPr>
          <w:b/>
        </w:rPr>
        <w:t xml:space="preserve">Prochain point de suivi : </w:t>
      </w:r>
      <w:r>
        <w:t>À compléter</w:t>
      </w:r>
    </w:p>
    <w:p>
      <w:pPr>
        <w:pStyle w:val="Heading1"/>
      </w:pPr>
      <w:r>
        <w:t>Repères REAC</w:t>
      </w:r>
    </w:p>
    <w:p>
      <w:r>
        <w:t>Conduire et tracer un entretien d'accompagnement, les difficultés, solutions, orientations et ajustements de parcours.</w:t>
      </w:r>
    </w:p>
    <w:p>
      <w:pPr>
        <w:pStyle w:val="ListBullet"/>
      </w:pPr>
      <w:r>
        <w:t>L'entretien suit des étapes adaptées.</w:t>
      </w:r>
    </w:p>
    <w:p>
      <w:pPr>
        <w:pStyle w:val="ListBullet"/>
      </w:pPr>
      <w:r>
        <w:t>Les ajustements sont formalisés et motivés.</w:t>
      </w:r>
    </w:p>
    <w:p>
      <w:pPr>
        <w:pStyle w:val="ListBullet"/>
      </w:pPr>
      <w:r>
        <w:t>L'outil permet la traçabilité du parcours.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Généré avec FormaTrame — 07/08/2026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sz w:val="16"/>
      </w:rPr>
      <w:t>FormaTrame  •  La boîte à outils documentaire du formateur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