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Exemple — Analyse de pratique professionnelle</w:t>
      </w:r>
    </w:p>
    <w:p>
      <w:pPr>
        <w:jc w:val="center"/>
      </w:pPr>
      <w:r>
        <w:rPr>
          <w:b/>
        </w:rPr>
        <w:t>AT4 — Inscrire sa pratique professionnelle dans une démarche de qualité et de responsabilité sociale des entreprises</w:t>
      </w:r>
    </w:p>
    <w:p>
      <w:r>
        <w:t>REAC FPA v07 — CP13, pages 43-44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Exemple — Analyse de pratique professionnelle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Choix de la situation</w:t>
      </w:r>
    </w:p>
    <w:p>
      <w:r>
        <w:rPr>
          <w:i/>
        </w:rPr>
        <w:t>Délimitez une situation précise relevant de votre responsabilité.</w:t>
      </w:r>
    </w:p>
    <w:p>
      <w:r>
        <w:rPr>
          <w:b/>
        </w:rPr>
        <w:t xml:space="preserve">Titre de la situation : </w:t>
      </w:r>
      <w:r>
        <w:t>À compléter</w:t>
      </w:r>
    </w:p>
    <w:p>
      <w:r>
        <w:rPr>
          <w:b/>
        </w:rPr>
        <w:t xml:space="preserve">Date, lieu et contexte : </w:t>
      </w:r>
      <w:r>
        <w:t>À compléter</w:t>
      </w:r>
    </w:p>
    <w:p>
      <w:r>
        <w:rPr>
          <w:b/>
        </w:rPr>
        <w:t xml:space="preserve">Pourquoi cette situation relève-t-elle de votre responsabilité ? : </w:t>
      </w:r>
      <w:r>
        <w:t>À compléter</w:t>
      </w:r>
    </w:p>
    <w:p>
      <w:r>
        <w:rPr>
          <w:b/>
        </w:rPr>
        <w:t xml:space="preserve">Question ou problème professionnel analysé : </w:t>
      </w:r>
      <w:r>
        <w:t>À compléter</w:t>
      </w:r>
    </w:p>
    <w:p>
      <w:pPr>
        <w:pStyle w:val="Heading1"/>
      </w:pPr>
      <w:r>
        <w:t>Description réflexive</w:t>
      </w:r>
    </w:p>
    <w:p>
      <w:r>
        <w:rPr>
          <w:i/>
        </w:rPr>
        <w:t>Distinguez clairement les catégories.</w:t>
      </w:r>
    </w:p>
    <w:p>
      <w:r>
        <w:rPr>
          <w:b/>
        </w:rPr>
        <w:t xml:space="preserve">Faits observables : </w:t>
      </w:r>
      <w:r>
        <w:t>À compléter</w:t>
      </w:r>
    </w:p>
    <w:p>
      <w:r>
        <w:rPr>
          <w:b/>
        </w:rPr>
        <w:t xml:space="preserve">Opinions, interprétations et hypothèses : </w:t>
      </w:r>
      <w:r>
        <w:t>À compléter</w:t>
      </w:r>
    </w:p>
    <w:p>
      <w:r>
        <w:rPr>
          <w:b/>
        </w:rPr>
        <w:t xml:space="preserve">Sentiments et émotions ressentis : </w:t>
      </w:r>
      <w:r>
        <w:t>À compléter</w:t>
      </w:r>
    </w:p>
    <w:p>
      <w:r>
        <w:rPr>
          <w:b/>
        </w:rPr>
        <w:t xml:space="preserve">Actions et communications réalisées : </w:t>
      </w:r>
      <w:r>
        <w:t>À compléter</w:t>
      </w:r>
    </w:p>
    <w:p>
      <w:r>
        <w:rPr>
          <w:b/>
        </w:rPr>
        <w:t xml:space="preserve">Effets produits sur les personnes et la situation : </w:t>
      </w:r>
      <w:r>
        <w:t>À compléter</w:t>
      </w:r>
    </w:p>
    <w:p>
      <w:pPr>
        <w:pStyle w:val="Heading1"/>
      </w:pPr>
      <w:r>
        <w:t>Analyse</w:t>
      </w:r>
    </w:p>
    <w:p>
      <w:r>
        <w:rPr>
          <w:i/>
        </w:rPr>
        <w:t>Mobilisez une méthode et des références adaptées.</w:t>
      </w:r>
    </w:p>
    <w:p>
      <w:r>
        <w:rPr>
          <w:b/>
        </w:rPr>
        <w:t xml:space="preserve">Facteurs déterminants : </w:t>
      </w:r>
      <w:r>
        <w:t>À compléter</w:t>
      </w:r>
    </w:p>
    <w:p>
      <w:r>
        <w:rPr>
          <w:b/>
        </w:rPr>
        <w:t xml:space="preserve">Références théoriques ou méthodologiques mobilisées : </w:t>
      </w:r>
      <w:r>
        <w:t>À compléter</w:t>
      </w:r>
    </w:p>
    <w:p>
      <w:r>
        <w:rPr>
          <w:b/>
        </w:rPr>
        <w:t xml:space="preserve">Analyse de votre manière d'agir : </w:t>
      </w:r>
      <w:r>
        <w:t>À compléter</w:t>
      </w:r>
    </w:p>
    <w:p>
      <w:r>
        <w:rPr>
          <w:b/>
        </w:rPr>
        <w:t xml:space="preserve">Points forts et éléments à capitaliser : </w:t>
      </w:r>
      <w:r>
        <w:t>À compléter</w:t>
      </w:r>
    </w:p>
    <w:p>
      <w:r>
        <w:rPr>
          <w:b/>
        </w:rPr>
        <w:t xml:space="preserve">Limites et axes de progrès : </w:t>
      </w:r>
      <w:r>
        <w:t>À compléter</w:t>
      </w:r>
    </w:p>
    <w:p>
      <w:pPr>
        <w:pStyle w:val="Heading1"/>
      </w:pPr>
      <w:r>
        <w:t>Plan d'action</w:t>
      </w:r>
    </w:p>
    <w:p>
      <w:r>
        <w:rPr>
          <w:i/>
        </w:rPr>
        <w:t>Transformez l'analyse en décisions concrètes.</w:t>
      </w:r>
    </w:p>
    <w:p>
      <w:pPr>
        <w:pStyle w:val="Heading2"/>
      </w:pPr>
      <w:r>
        <w:t>Ajustements</w:t>
      </w:r>
    </w:p>
    <w:p>
      <w:r>
        <w:t>Aucune donnée renseignée.</w:t>
      </w:r>
    </w:p>
    <w:p>
      <w:r>
        <w:rPr>
          <w:b/>
        </w:rPr>
        <w:t xml:space="preserve">Proposition d'amélioration du dispositif ou de l'organisation : </w:t>
      </w:r>
      <w:r>
        <w:t>À compléter</w:t>
      </w:r>
    </w:p>
    <w:p>
      <w:r>
        <w:rPr>
          <w:b/>
        </w:rPr>
        <w:t xml:space="preserve">Modalités de capitalisation et de réexamen : </w:t>
      </w:r>
      <w:r>
        <w:t>À compléter</w:t>
      </w:r>
    </w:p>
    <w:p>
      <w:pPr>
        <w:pStyle w:val="Heading1"/>
      </w:pPr>
      <w:r>
        <w:t>Repères REAC</w:t>
      </w:r>
    </w:p>
    <w:p>
      <w:r>
        <w:t>Analyser une situation vécue relevant de sa responsabilité afin d'identifier points forts, facteurs déterminants et ajustements.</w:t>
      </w:r>
    </w:p>
    <w:p>
      <w:pPr>
        <w:pStyle w:val="ListBullet"/>
      </w:pPr>
      <w:r>
        <w:t>La situation est vécue et relève de la responsabilité du formateur.</w:t>
      </w:r>
    </w:p>
    <w:p>
      <w:pPr>
        <w:pStyle w:val="ListBullet"/>
      </w:pPr>
      <w:r>
        <w:t>Faits, opinions et sentiments sont distingués.</w:t>
      </w:r>
    </w:p>
    <w:p>
      <w:pPr>
        <w:pStyle w:val="ListBullet"/>
      </w:pPr>
      <w:r>
        <w:t>Une démarche formalisée et des références théoriques soutiennent l'analyse.</w:t>
      </w:r>
    </w:p>
    <w:p>
      <w:pPr>
        <w:pStyle w:val="ListBullet"/>
      </w:pPr>
      <w:r>
        <w:t>Les propositions d'ajustement sont pertinentes.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07/08/2026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